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שמות תואר מתאימים – מי לא שייך?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שם תואר שלא מתאים לשם עצם נתון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שם תואר נכון לכל תמונה או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של מילים עם שווא כמו מְנֻקֶּדֶת וגְּדוֹלָה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 לא שייך?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שְׁקוּפָה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מְרֻבַּעַת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התאמה - שם עצם ושם תואר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א (קרה)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(פריכה)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(ארוכה)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ד (מסודרת)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חשמלית מתארת מכשיר, לא חיה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כלב יכול להיות שמח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מחודד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כותב שם חפץ/חיה ושני שמות תואר מתאימים, למשל: כדור - עגול, אדום.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תואר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סבירה כמו גדולה, לבנה, מנוקדת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סבירה כמו מטוגן - לא מתאים לכלב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תמונה אמיתית או חפץ לפני כל שאלה כדי לחזק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המילים בקול ולבקש מהתלמיד/ה לחזור עליהן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בפעילויות ההתאמה אפשר לתת לתלמידים להצביע במקום לכתוב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שמות תואר מתאימים – מי לא שייך?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בכל תמונה יש שם של חיה או חפץ, ולידו שלוש מילים שמתארות אותו. אחת המילים לא באמת מתאימה. נלמד למצוא את המילה המתאימה ואת המילה שלא שייכת.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מחודד  ·  קרה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מי לא שייך?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מילה לא מתאימה לפרה?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גְּדוֹלָה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לְבָנָה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שְׁקוּפָה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מילה לא מתאימה לצפרדע?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יְרֻקָּה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קְטַנָּה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מְרֻבַּעַת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התאמה - שם עצם ושם תואר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גלידה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קרה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עוגיה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ארוכה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בננה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פריכה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מחברת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מסודרת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לומר שתרנגולת היא חשמלית.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לומר שכלב הוא שמחן.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הגלידה __________ ומתוקה.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העיפרון __________ וכתוב בו היטב.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חפץ או חיה מהכיתה או מהבית, וכתבו שני שמות תואר שמתארים אותם נכון.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מילה שמתארת איך דבר נראה או מרגיש?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לשם תואר שמתאים לפרה.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שמות תואר מתאימים – מי לא שייך?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