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תואר מתאימים – מי לא שייך?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שם תואר שלא מתאים לשם עצם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שם תואר נכון לכל תמונה או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של מילים עם שווא כמו מְנֻקֶּדֶת וגְּדוֹלָה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 לא שייך?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שְׁקוּפָה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מְרֻבַּעַת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רַעֲשָׁנִית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חַשְׁמַלִּית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מְהִירָה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נוֹזְלִית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התאמה - שם עצם ושם תואר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(פריכה)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(ארוכה)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(מסודרת)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(מחודד)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חשמלית מתארת מכשיר, לא חיה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כלב יכול להיות שמח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רעב מתאים לבעל חיים או לאדם, לא לחפץ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פריכה מתאר מרקם של מאפה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חכמה מתארת אדם, לא פרי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מחודד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מסודרת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ארוכה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עגולה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שם חפץ/חיה ושני שמות תואר מתאימים, למשל: כדור - עגול, אדום.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סבירה כמו גדולה, לבנה, מנוקדת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סבירה כמו מטוגן - לא מתאים לכלב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תמונה אמיתית או חפץ לפני כל שאלה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המילים בקול ולבקש מהתלמיד/ה לחזור עליהן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בפעילויות ההתאמה אפשר לתת לתלמידים להצביע במקום לכתוב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תואר מתאימים – מי לא שייך?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תמונה. יש שלוש מילים. מילה אחת לא מתאימה. נמצא אותה ביחד.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תואר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איך דבר נראה או מרגיש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שווא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קטן, קוראים אותו מהר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מְנֻקֶּדֶת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עליה נקודות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עֲגֻלָּה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בצורה כמו עיגול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פְּרִיכָה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נשברת בקלות כשנוגעים 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מְסֻדֶּרֶת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דבר במקום שלו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 לא שייך?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לא מתאימה לפרה?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גְּדוֹלָה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לְבָנָה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שְׁקוּפָה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מְנֻקֶּדֶת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לא מתאימה לצפרדע?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יְרֻקָּה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קְטַנָּה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רְטֻבָּה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מְרֻבַּעַת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לא מתאימה לגלידה?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קָרָה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מְתוּקָה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רַעֲשָׁנִית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לְבָנָה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לא מתאימה לתרנגולת?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לְבָנָה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רְעֵבָה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חַשְׁמַלִּית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קְטַנָּה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לא מתאימה לעגבניה?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אֲדֻמָּה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עֲגֻלָּה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מְהִירָה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קְטַנָּה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מילה לא מתאימה לנמלה?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שְׁחֹרָה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קְטַנָּה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נוֹזְלִית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זְרִיזָה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התאמה - שם עצם ושם תואר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גלידה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ארוכה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עוגיה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בננה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פריכה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מחברת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מחודד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עיפרון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מסודרת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לומר שתרנגולת היא חשמלית.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לומר שכלב הוא שמחן.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לומר שתיק הוא רעב.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לומר שעוגיה היא פריכה.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לומר שבננה היא חכמה.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הגלידה __________ ומתוקה.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העיפרון __________ וכתוב בו היטב.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המחברת שלי __________ , כל הדפים מסודרים.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הבננה __________ וצהובה.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העגבניה __________ וגם אדומה.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חפץ או חיה מהכיתה או מהבית, וכתבו שני שמות תואר שמתארים אותם נכון.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מילה שמתארת איך דבר נראה או מרגיש?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לשם תואר שמתאים לפרה.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לשם תואר שלא מתאים לכלב.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שמות תואר מתאימים – מי לא שייך?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