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מתאימים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שלא מתאים לשם עצם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נכון לכל תמונה או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מילים עם שווא כמו מְנֻקֶּדֶת וגְּדוֹלָה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שְׁקוּפָה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מְרֻבַּעַת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רַעֲשָׁנִית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חַשְׁמַלִּית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מְהִירָה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נוֹזְלִית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שם עצם ושם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(מסודרת)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(מחודד)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חשמלית מתארת מכשיר, לא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כלב יכול להיות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רעב מתאים לבעל חיים או לאדם, לא לחפץ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פריכה מתאר מרקם של מאפה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חכמה מתארת אדם, לא 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מסודרת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עגולה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שם חפץ/חיה ושני שמות תואר מתאימים, למשל: כדור - עגול, אדום.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סבירה כמו גדולה, לבנה, מנוקדת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סבירה כמו מטוגן - לא מתאים לכלב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אמיתית או חפץ לפני כל שאלה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ולבקש מהתלמיד/ה לחזור עליהן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בפעילויות ההתאמה אפשר לתת לתלמידים להצביע במקום לכתוב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תואר מתאימים – מי לא שייך?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תמונה יש שם של חיה או חפץ, ולידו שלוש מילים שמתארות אותו. אחת המילים לא באמת מתאימה. נלמד למצוא את המילה המתאימה ואת המילה שלא שייכת.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לא מתאימה לפרה?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גְּדוֹלָה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לְבָנָה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שְׁקוּפָה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מְנֻקֶּדֶת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לא מתאימה לצפרדע?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יְרֻקָּה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רְטֻבָּה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מְרֻבַּעַת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מתאימה לגלידה?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מְתוּקָה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רַעֲשָׁנִית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לְבָנָה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לא מתאימה לתרנגולת?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לְבָנָה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רְעֵבָה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חַשְׁמַלִּית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לא מתאימה לעגבניה?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אֲדֻמָּה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עֲגֻלָּה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מְהִירָה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לא מתאימה לנמלה?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שְׁחֹרָה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קְטַנָּה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נוֹזְלִית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זְרִיזָה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שם עצם ושם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עוגיה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מסודרת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שתרנגולת היא חשמלית.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שכלב הוא שמחן.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שתיק הוא רעב.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שעוגיה היא פריכה.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שבננה היא חכמה.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הגלידה __________ ומתוקה.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העיפרון __________ וכתוב בו היטב.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המחברת שלי __________ , כל הדפים מסודרים.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הבננה __________ וצהובה.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העגבניה __________ וגם אדומה.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או חיה מהכיתה או מהבית, וכתבו שני שמות תואר שמתארים אותם נכון.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שמתארת איך דבר נראה או מרגיש?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שמתאים לפרה.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תואר שלא מתאים לכלב.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תואר מתאימים – מי לא שייך?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